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הקשורות לבטיחות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את שלבי החצייה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הצבעים 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מקום של מכוניות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מקום לאנשים הולכים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יושב בבוסטר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כשהאיש ירוק צריך לבדוק שהמכונית עצרה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החגורה שומרת על הבטיחות של הנוסעים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המקום הבטוח ביותר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אדום אומר לעמוד ולא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בודקים אם מכונית מתקרבת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קסדה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של מכוניות)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של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(מראה מתי לעצור ומתי ללכת)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(כיסא לילד קטן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(כובע קשה לראש באופניים)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החצייה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ליד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אם יש רעש של מכונית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חוצים לאט וממשיכים להסתכל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מילים מתוך רשימת המילים שבדף, כל מילה במשפט נכון ופשוט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עוצרים, מסתכלים, מקשיבים, חוצים לאט - לפי סדר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כביש למכוניות, מדרכה לאנשים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עומדים ולא חוצים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קסדה על הראש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המילים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סדר החצייה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לקרוא את המילים בקול יחד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מילים חשובות שקשורות לדרך, לכביש ולמדרכה, ונתרגל איך חוצים כביש בבטיחות.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של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של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של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של 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מדרכה?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 לאוטובוסים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לאנשים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לרמזורים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כשהרמזור לאיש הולך רגל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עומדים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מסתכלים רק שמאלה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חובשים באופניים?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קסדה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עושה ילד קטן ברכב?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 ברצפה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 בבוסטר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עומד ליד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יושב על המושב הקדמי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ברמזור ירוק, אפשר לחצות מיד בלי להסתכל.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ברכב חייבים לחגור חגורת בטיחות.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חצייה הוא מקום מיוחד לחצות בו את הכביש.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כשהאיש ברמזור אדום, צריך לחצות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לחצות כביש, קודם מסתכלים ימינה ושמאלה.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המקום שבו נוסעות המכוניות.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המקום שבו הולכים האנשים.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חוצים את הכביש בבטיחות.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__________ אדום, עומדים ולא חוצים.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באופניים חובשים __________ על הראש.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מראה מתי לעצור ומתי ללכת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כיסא לילד קטן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של מכוניות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כובע קשה לראש באופניים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של אנשים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החצייה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לאט וממשיכים להסתכל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אם יש רעש של מכונית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ליד 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חדשות שלמדתם על הדרך, ומשפט אחד עם כל מילה.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מה עושים כשחוצים כביש, שלב אחר שלב.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כביש למדרכה?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כשהאיש ברמזור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חובשים באופניים כדי להיות בטוחים?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