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הקשורות לבטיחות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שלבי החצייה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הצבעים ברמזור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מקום של מכוניות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מקום לאנשים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יושב בבוסטר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כשהאיש ירוק צריך לבדוק שהמכונית עצרה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החגורה שומרת על הבטיחות של הנוסעים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המקום הבטוח ביותר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אדום אומר לעמוד ולא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בודקים אם מכונית מתקרבת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של מכוניות)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של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(מראה מתי לעצור ומתי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(כיסא לילד קטן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(כובע קשה לראש באופניים)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החצייה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אם יש רעש של מכונית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לאט וממשיכים להסתכל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מתוך רשימת המילים שבדף, כל מילה במשפט נכון ופשוט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עוצרים, מסתכלים, מקשיבים, חוצים לאט - לפי סדר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למכוניות, מדרכה לאנשים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עומדים ולא חוצים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 על הראש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המילים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סדר החצייה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לקרוא את המילים בקול 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על הדרך. לומדים איך חוצים כביש בזהירות.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נוסעות המכוניות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הולכים האנשים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מיוחד לחצות בו את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 אדום ואור ירוק שמכוון 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שקושרים ברכב כדי להיות 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בוסטר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כיסא מיוחד לילד קטן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קשה שחובשים על הראש באופניים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כביש זה מקום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של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של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של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של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מדרכה זה מקום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לאוטובוסים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לאנשים הולכים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לרמזורים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כשהאיש אדום ברמזור,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שמים על הראש באופניים?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בוסטר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יושב ילד קטן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 ברצפה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 בבוסטר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עומד ליד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 על המושב הקדמי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ברמזור ירוק, אפשר לחצות מיד בלי להסתכל.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ברכב חייבים לחגור חגורת בטיחות.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חצייה הוא מקום מיוחד לחצות בו את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ברמזור אדום, צריך לחצות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לחצות כביש, קודם מסתכלים ימינה ושמאלה.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המקום שבו נוסעות המכוניות.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המקום שבו הולכים האנשים.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חוצים את הכביש בבטיחות.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__________ אדום, עומדים ולא חוצים.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באופניים חובשים __________ על הראש.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כובע קשה לראש באופניים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של מכוניות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מראה מתי לעצור ומתי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כיסא לילד קטן ברכב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החצייה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אם יש רעש של מכונית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ליד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לאט וממשיכים להסתכל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חדשות שלמדתם על הדרך, ומשפט אחד עם כל 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מה עושים כשחוצים כביש, שלב אחר שלב.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כביש למדרכה?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כשהאיש ברמזור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חובשים באופניים כדי להיות בטוחים?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