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הקשורות לבטיחות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שלבי החצייה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הצבעים 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מקום של מכוניות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מקום לאנשים הולכים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כשהאיש ירוק צריך לבדוק שהמכונית עצרה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החגורה שומרת על הבטיחות של הנוסעים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המקום הבטוח ביותר לחצות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של מכוניות)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מתי לעצור ומתי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(כיסא לילד קטן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החצייה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אם יש רעש של 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לאט וממשיכים להסתכל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מתוך רשימת המילים שבדף, כל מילה במשפט נכון ופשוט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למכוניות, מדרכה לאנשים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ולא 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 על הראש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המילים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סדר החצייה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לקרוא את המילים בקול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מילים חשובות שקשורות לדרך, לכביש ולמדרכה, ונתרגל איך חוצים כביש בבטיחות.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מדרכה  ·  מעבר חצייה  ·  כביש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של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של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מדרכה?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למכוניות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לאוטובוסים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לאנשים הולכים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כשהאיש ברמזור ירוק, אפשר לחצות מיד בלי להסתכל.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ברכב חייבים לחגור חגורת 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חצייה הוא מקום מיוחד לחצות בו את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המקום שבו נוסעות המכוניות.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הוא המקום שבו הולכים האנשים.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ב__________ חוצים את הכביש בבטיחות.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כיסא לילד קטן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של מכוניות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של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מראה מתי לעצור ומתי ללכת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החצייה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אם יש רעש של מכונית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לאט וממשיכים להסתכל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ימינה ושמאלה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חדשות שלמדתם על הדרך, ומשפט אחד עם כל 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כביש למדרכה?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כשהאיש ברמזור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